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עם חלקי הדיבר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רעיון הוא גם שם עצם, לא רק דבר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מתאר, פועל מספר מה עושים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שם תואר שמתאר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פועל שמספר מה הוא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שהמשפט הגיוני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שבכל משפט יש שם עצם, שם תואר ופועל מסומנים נכון, והמשפטים הגיוניים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תקין - דבר, אדם, מקום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תקין - מילה שמספרת מה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שתואר מתאר ופועל מספר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בצבעים שונים לסימון כל חלק דיבר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כדאי להוסיף תמונות לצד המילים בתרגיל ההתאמה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מילה במשפט ממלאת תפקיד מסוים. שם עצם הוא שם של דבר, אדם, מקום או רעיון. שם תואר מתאר שם עצם. פועל מספר מה עושים או מה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תפוח  ·  יוצרת  ·  משחקת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חכם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יכול להיות שם של רעיון כמו אהבה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פועל מתאר איך שם העצם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__________ בפארק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השמש __________ מאוד חם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ראיתי __________ אדום על העץ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בניית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שם תואר שמתאר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שם 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שהמשפט הגיוני ומובן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פועל שמספר מה הוא עושה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משלכם, כל משפט עם שם עצם אחד, שם תואר אחד ופועל אחד. סמנו כל מילה בצבע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עצם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לפועל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