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עצם, שם תואר ופועל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התפקיד של כל חלק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משפטים עם חלקי הדיבר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ישן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הוא גם שם עצם, לא רק דבר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תואר מתאר, פועל מספר מה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המילה רץ היא פועל - היא מספרת מה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במשפט יש גם שמות תואר ופעלים ומילים 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התפקיד של שם התואר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בניית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שם תואר שמתאר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הוסיפו פועל שמספר מה הוא עושה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שהמשפט הגיוני ומובן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שבכל משפט יש שם עצם, שם תואר ופועל מסומנים נכון, והמשפטים הגיוניים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שהמשפטים כוללים את חלקי הדיבר הנדרשים ומתארים את שם העצם שנבחר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תקין - דבר, אדם, מקום או 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תקין - מילה שמספרת מה עושים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שתואר מתאר ופועל מספר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בצבעים שונים לסימון כל חלק דיבר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לפני הכתיבה, במיוחד עם תלמידים מתקשים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כדאי להוסיף תמונות לצד המילים בתרגיל ההתאמה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 - שם עצם, שם תואר ופועל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מילה במשפט ממלאת תפקיד מסוים. שם עצם הוא שם של דבר, אדם, מקום או רעיון. שם תואר מתאר שם עצם. פועל מספר מה עושים או מה קורה.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מהמילים הבאות היא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במשפט 'הילד הגדול רץ מהר' מהו שם התואר?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מתאימה להיות שם 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במשפט 'החתול השחור ישן' מהו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פועל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יכול להיות שם של רעיון כמו אהבה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פועל מתאר איך שם העצם נראה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'רץ' היא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במשפט חייבת להיות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תמיד מתאר שם עצם מסוים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בפארק כל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השמש __________ מאוד חם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ראיתי __________ אדום על העץ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הכלב הקטן __________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זאת מכונית __________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הילד ה__________ קרא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קטן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קופץ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שם תואר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בניית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פועל שמספר מה הוא עושה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שהמשפט הגיוני ומובן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שם תואר שמתאר אותו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שם עצם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 משלכם, כל משפט עם שם עצם אחד, שם תואר אחד ופועל אחד. סמנו כל מילה בצבע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שם עצם מהחיים שלכם (כמו חבר, בית, עיר) וכתבו עליו שני משפטים - אחד עם שם תואר ואחד עם פועל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לפועל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תואר לפועל?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 - שם עצם, שם תואר ופועל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